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FAB" w:rsidRPr="0054620B" w:rsidRDefault="00AD0FAB" w:rsidP="00AD0FAB">
      <w:pPr>
        <w:jc w:val="center"/>
        <w:rPr>
          <w:rFonts w:asciiTheme="majorBidi" w:hAnsiTheme="majorBidi" w:cstheme="majorBidi"/>
          <w:b/>
          <w:bCs/>
          <w:color w:val="002060"/>
          <w:sz w:val="24"/>
          <w:szCs w:val="24"/>
          <w:lang w:val="fr-FR"/>
        </w:rPr>
      </w:pPr>
    </w:p>
    <w:p w:rsidR="00AD0FAB" w:rsidRPr="0054620B" w:rsidRDefault="00AD0FAB" w:rsidP="00AD0FAB">
      <w:pPr>
        <w:jc w:val="center"/>
        <w:rPr>
          <w:rFonts w:asciiTheme="majorBidi" w:hAnsiTheme="majorBidi" w:cstheme="majorBidi"/>
          <w:i/>
          <w:color w:val="808080" w:themeColor="background1" w:themeShade="80"/>
          <w:sz w:val="28"/>
          <w:szCs w:val="28"/>
          <w:lang w:val="fr-FR"/>
        </w:rPr>
      </w:pPr>
      <w:r w:rsidRPr="0054620B">
        <w:rPr>
          <w:rFonts w:asciiTheme="majorBidi" w:hAnsiTheme="majorBidi" w:cstheme="majorBidi"/>
          <w:b/>
          <w:bCs/>
          <w:color w:val="002060"/>
          <w:sz w:val="28"/>
          <w:szCs w:val="28"/>
          <w:lang w:val="fr-FR"/>
        </w:rPr>
        <w:t xml:space="preserve">Session Thématique : </w:t>
      </w:r>
      <w:r w:rsidRPr="0054620B">
        <w:rPr>
          <w:rFonts w:asciiTheme="majorBidi" w:hAnsiTheme="majorBidi" w:cstheme="majorBidi"/>
          <w:i/>
          <w:color w:val="808080" w:themeColor="background1" w:themeShade="80"/>
          <w:sz w:val="28"/>
          <w:szCs w:val="28"/>
          <w:lang w:val="fr-FR"/>
        </w:rPr>
        <w:t>[</w:t>
      </w:r>
      <w:r w:rsidRPr="0054620B">
        <w:rPr>
          <w:rFonts w:asciiTheme="majorBidi" w:hAnsiTheme="majorBidi" w:cstheme="majorBidi"/>
          <w:b/>
          <w:i/>
          <w:color w:val="808080" w:themeColor="background1" w:themeShade="80"/>
          <w:sz w:val="28"/>
          <w:szCs w:val="28"/>
          <w:lang w:val="fr-FR"/>
        </w:rPr>
        <w:t>titre de la session</w:t>
      </w:r>
      <w:r w:rsidRPr="0054620B">
        <w:rPr>
          <w:rFonts w:asciiTheme="majorBidi" w:hAnsiTheme="majorBidi" w:cstheme="majorBidi"/>
          <w:i/>
          <w:color w:val="808080" w:themeColor="background1" w:themeShade="80"/>
          <w:sz w:val="28"/>
          <w:szCs w:val="28"/>
          <w:lang w:val="fr-FR"/>
        </w:rPr>
        <w:t>]</w:t>
      </w:r>
    </w:p>
    <w:p w:rsidR="00AD0FAB" w:rsidRPr="0054620B" w:rsidRDefault="00AD0FAB" w:rsidP="00417343">
      <w:pPr>
        <w:jc w:val="center"/>
        <w:rPr>
          <w:rFonts w:asciiTheme="majorBidi" w:hAnsiTheme="majorBidi" w:cstheme="majorBidi"/>
          <w:b/>
          <w:bCs/>
          <w:color w:val="002060"/>
          <w:sz w:val="24"/>
          <w:szCs w:val="24"/>
          <w:lang w:val="fr-FR"/>
        </w:rPr>
      </w:pPr>
    </w:p>
    <w:p w:rsidR="00AD0FAB" w:rsidRPr="0054620B" w:rsidRDefault="00417343" w:rsidP="00417343">
      <w:pPr>
        <w:jc w:val="center"/>
        <w:rPr>
          <w:rFonts w:asciiTheme="majorBidi" w:hAnsiTheme="majorBidi" w:cstheme="majorBidi"/>
          <w:b/>
          <w:color w:val="808080" w:themeColor="background1" w:themeShade="80"/>
          <w:sz w:val="28"/>
          <w:szCs w:val="24"/>
          <w:lang w:val="fr-FR"/>
        </w:rPr>
      </w:pPr>
      <w:bookmarkStart w:id="0" w:name="_GoBack"/>
      <w:bookmarkEnd w:id="0"/>
      <w:r w:rsidRPr="0054620B">
        <w:rPr>
          <w:rFonts w:asciiTheme="majorBidi" w:hAnsiTheme="majorBidi" w:cstheme="majorBidi"/>
          <w:b/>
          <w:color w:val="808080" w:themeColor="background1" w:themeShade="80"/>
          <w:sz w:val="28"/>
          <w:szCs w:val="24"/>
          <w:lang w:val="fr-FR"/>
        </w:rPr>
        <w:t>Titre</w:t>
      </w:r>
      <w:r w:rsidR="00AD0FAB" w:rsidRPr="0054620B">
        <w:rPr>
          <w:rFonts w:asciiTheme="majorBidi" w:hAnsiTheme="majorBidi" w:cstheme="majorBidi"/>
          <w:b/>
          <w:color w:val="808080" w:themeColor="background1" w:themeShade="80"/>
          <w:sz w:val="28"/>
          <w:szCs w:val="24"/>
          <w:lang w:val="fr-FR"/>
        </w:rPr>
        <w:t xml:space="preserve"> de la communication </w:t>
      </w:r>
    </w:p>
    <w:p w:rsidR="00417343" w:rsidRPr="0054620B" w:rsidRDefault="00013693" w:rsidP="00417343">
      <w:pPr>
        <w:jc w:val="center"/>
        <w:rPr>
          <w:rFonts w:asciiTheme="majorBidi" w:hAnsiTheme="majorBidi" w:cstheme="majorBidi"/>
          <w:color w:val="808080" w:themeColor="background1" w:themeShade="80"/>
          <w:lang w:val="fr-FR"/>
        </w:rPr>
      </w:pPr>
      <w:r w:rsidRPr="0054620B">
        <w:rPr>
          <w:rFonts w:asciiTheme="majorBidi" w:hAnsiTheme="majorBidi" w:cstheme="majorBidi"/>
          <w:sz w:val="28"/>
          <w:szCs w:val="28"/>
          <w:lang w:val="fr-FR"/>
        </w:rPr>
        <w:br/>
      </w:r>
      <w:r w:rsidR="00417343" w:rsidRPr="0054620B">
        <w:rPr>
          <w:rFonts w:asciiTheme="majorBidi" w:hAnsiTheme="majorBidi" w:cstheme="majorBidi"/>
          <w:b/>
          <w:color w:val="808080" w:themeColor="background1" w:themeShade="80"/>
          <w:sz w:val="24"/>
          <w:lang w:val="fr-FR"/>
        </w:rPr>
        <w:t>Auteurs et affiliations (Nom, Prénom, Institution, Email)</w:t>
      </w:r>
    </w:p>
    <w:p w:rsidR="00B52E43" w:rsidRPr="0054620B" w:rsidRDefault="00B52E43" w:rsidP="00417343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</w:p>
    <w:p w:rsidR="00B52E43" w:rsidRPr="0054620B" w:rsidRDefault="00013693">
      <w:pPr>
        <w:rPr>
          <w:rFonts w:asciiTheme="majorBidi" w:hAnsiTheme="majorBidi" w:cstheme="majorBidi"/>
          <w:lang w:val="fr-FR"/>
        </w:rPr>
      </w:pPr>
      <w:r w:rsidRPr="0054620B">
        <w:rPr>
          <w:rFonts w:asciiTheme="majorBidi" w:hAnsiTheme="majorBidi" w:cstheme="majorBidi"/>
          <w:b/>
          <w:sz w:val="24"/>
          <w:lang w:val="fr-FR"/>
        </w:rPr>
        <w:t>Résumé</w:t>
      </w:r>
    </w:p>
    <w:p w:rsidR="00B52E43" w:rsidRPr="0054620B" w:rsidRDefault="00013693">
      <w:pPr>
        <w:rPr>
          <w:rFonts w:asciiTheme="majorBidi" w:hAnsiTheme="majorBidi" w:cstheme="majorBidi"/>
          <w:i/>
          <w:color w:val="808080" w:themeColor="background1" w:themeShade="80"/>
          <w:lang w:val="fr-FR"/>
        </w:rPr>
      </w:pPr>
      <w:r w:rsidRPr="0054620B">
        <w:rPr>
          <w:rFonts w:asciiTheme="majorBidi" w:hAnsiTheme="majorBidi" w:cstheme="majorBidi"/>
          <w:i/>
          <w:color w:val="808080" w:themeColor="background1" w:themeShade="80"/>
          <w:lang w:val="fr-FR"/>
        </w:rPr>
        <w:t>[</w:t>
      </w:r>
      <w:r w:rsidR="00417343" w:rsidRPr="0054620B">
        <w:rPr>
          <w:rFonts w:asciiTheme="majorBidi" w:hAnsiTheme="majorBidi" w:cstheme="majorBidi"/>
          <w:i/>
          <w:color w:val="808080" w:themeColor="background1" w:themeShade="80"/>
          <w:lang w:val="fr-FR"/>
        </w:rPr>
        <w:t>300-500 mots</w:t>
      </w:r>
      <w:r w:rsidRPr="0054620B">
        <w:rPr>
          <w:rFonts w:asciiTheme="majorBidi" w:hAnsiTheme="majorBidi" w:cstheme="majorBidi"/>
          <w:i/>
          <w:color w:val="808080" w:themeColor="background1" w:themeShade="80"/>
          <w:lang w:val="fr-FR"/>
        </w:rPr>
        <w:t>]</w:t>
      </w:r>
    </w:p>
    <w:p w:rsidR="00B52E43" w:rsidRPr="0054620B" w:rsidRDefault="00013693">
      <w:pPr>
        <w:rPr>
          <w:rFonts w:asciiTheme="majorBidi" w:hAnsiTheme="majorBidi" w:cstheme="majorBidi"/>
          <w:lang w:val="fr-FR"/>
        </w:rPr>
      </w:pPr>
      <w:r w:rsidRPr="0054620B">
        <w:rPr>
          <w:rFonts w:asciiTheme="majorBidi" w:hAnsiTheme="majorBidi" w:cstheme="majorBidi"/>
          <w:b/>
          <w:sz w:val="24"/>
          <w:lang w:val="fr-FR"/>
        </w:rPr>
        <w:t>Mots-clés</w:t>
      </w:r>
    </w:p>
    <w:p w:rsidR="00B52E43" w:rsidRPr="0054620B" w:rsidRDefault="00013693">
      <w:pPr>
        <w:rPr>
          <w:rFonts w:asciiTheme="majorBidi" w:hAnsiTheme="majorBidi" w:cstheme="majorBidi"/>
          <w:color w:val="808080" w:themeColor="background1" w:themeShade="80"/>
          <w:lang w:val="fr-FR"/>
        </w:rPr>
      </w:pPr>
      <w:r w:rsidRPr="0054620B">
        <w:rPr>
          <w:rFonts w:asciiTheme="majorBidi" w:hAnsiTheme="majorBidi" w:cstheme="majorBidi"/>
          <w:i/>
          <w:color w:val="808080" w:themeColor="background1" w:themeShade="80"/>
          <w:lang w:val="fr-FR"/>
        </w:rPr>
        <w:t>[</w:t>
      </w:r>
      <w:r w:rsidR="00417343" w:rsidRPr="0054620B">
        <w:rPr>
          <w:rFonts w:asciiTheme="majorBidi" w:hAnsiTheme="majorBidi" w:cstheme="majorBidi"/>
          <w:color w:val="808080" w:themeColor="background1" w:themeShade="80"/>
          <w:lang w:val="fr-FR"/>
        </w:rPr>
        <w:t>3 à 5 mots</w:t>
      </w:r>
      <w:r w:rsidRPr="0054620B">
        <w:rPr>
          <w:rFonts w:asciiTheme="majorBidi" w:hAnsiTheme="majorBidi" w:cstheme="majorBidi"/>
          <w:i/>
          <w:color w:val="808080" w:themeColor="background1" w:themeShade="80"/>
          <w:lang w:val="fr-FR"/>
        </w:rPr>
        <w:t>]</w:t>
      </w:r>
    </w:p>
    <w:p w:rsidR="00B52E43" w:rsidRPr="0054620B" w:rsidRDefault="00013693" w:rsidP="00AD0FAB">
      <w:pPr>
        <w:pStyle w:val="Paragraphedeliste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rFonts w:asciiTheme="majorBidi" w:hAnsiTheme="majorBidi" w:cstheme="majorBidi"/>
          <w:lang w:val="fr-FR"/>
        </w:rPr>
      </w:pPr>
      <w:r w:rsidRPr="0054620B">
        <w:rPr>
          <w:rFonts w:asciiTheme="majorBidi" w:hAnsiTheme="majorBidi" w:cstheme="majorBidi"/>
          <w:b/>
          <w:sz w:val="24"/>
          <w:lang w:val="fr-FR"/>
        </w:rPr>
        <w:t>Objectifs de la communication</w:t>
      </w:r>
    </w:p>
    <w:p w:rsidR="00B52E43" w:rsidRPr="0054620B" w:rsidRDefault="00013693" w:rsidP="00AD0FAB">
      <w:pPr>
        <w:tabs>
          <w:tab w:val="left" w:pos="0"/>
          <w:tab w:val="left" w:pos="284"/>
        </w:tabs>
        <w:rPr>
          <w:rFonts w:asciiTheme="majorBidi" w:hAnsiTheme="majorBidi" w:cstheme="majorBidi"/>
          <w:i/>
          <w:color w:val="808080" w:themeColor="background1" w:themeShade="80"/>
          <w:lang w:val="fr-FR"/>
        </w:rPr>
      </w:pPr>
      <w:r w:rsidRPr="0054620B">
        <w:rPr>
          <w:rFonts w:asciiTheme="majorBidi" w:hAnsiTheme="majorBidi" w:cstheme="majorBidi"/>
          <w:i/>
          <w:color w:val="808080" w:themeColor="background1" w:themeShade="80"/>
          <w:lang w:val="fr-FR"/>
        </w:rPr>
        <w:t>[</w:t>
      </w:r>
      <w:r w:rsidR="00AD0FAB" w:rsidRPr="0054620B">
        <w:rPr>
          <w:rFonts w:asciiTheme="majorBidi" w:hAnsiTheme="majorBidi" w:cstheme="majorBidi"/>
          <w:i/>
          <w:color w:val="808080" w:themeColor="background1" w:themeShade="80"/>
          <w:lang w:val="fr-FR"/>
        </w:rPr>
        <w:t>30 à 50 mots</w:t>
      </w:r>
      <w:r w:rsidRPr="0054620B">
        <w:rPr>
          <w:rFonts w:asciiTheme="majorBidi" w:hAnsiTheme="majorBidi" w:cstheme="majorBidi"/>
          <w:i/>
          <w:color w:val="808080" w:themeColor="background1" w:themeShade="80"/>
          <w:lang w:val="fr-FR"/>
        </w:rPr>
        <w:t>]</w:t>
      </w:r>
    </w:p>
    <w:p w:rsidR="00B52E43" w:rsidRPr="0054620B" w:rsidRDefault="00013693" w:rsidP="00AD0FAB">
      <w:pPr>
        <w:pStyle w:val="Paragraphedeliste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rFonts w:asciiTheme="majorBidi" w:hAnsiTheme="majorBidi" w:cstheme="majorBidi"/>
          <w:lang w:val="fr-FR"/>
        </w:rPr>
      </w:pPr>
      <w:r w:rsidRPr="0054620B">
        <w:rPr>
          <w:rFonts w:asciiTheme="majorBidi" w:hAnsiTheme="majorBidi" w:cstheme="majorBidi"/>
          <w:b/>
          <w:sz w:val="24"/>
          <w:lang w:val="fr-FR"/>
        </w:rPr>
        <w:t>Méthodologie</w:t>
      </w:r>
    </w:p>
    <w:p w:rsidR="00AD0FAB" w:rsidRPr="0054620B" w:rsidRDefault="00AD0FAB" w:rsidP="00AD0FAB">
      <w:pPr>
        <w:pStyle w:val="Paragraphedeliste"/>
        <w:tabs>
          <w:tab w:val="left" w:pos="0"/>
          <w:tab w:val="left" w:pos="284"/>
        </w:tabs>
        <w:ind w:left="0"/>
        <w:rPr>
          <w:rFonts w:asciiTheme="majorBidi" w:hAnsiTheme="majorBidi" w:cstheme="majorBidi"/>
          <w:lang w:val="fr-FR"/>
        </w:rPr>
      </w:pPr>
    </w:p>
    <w:p w:rsidR="00B52E43" w:rsidRPr="0054620B" w:rsidRDefault="00013693" w:rsidP="00AD0FAB">
      <w:pPr>
        <w:pStyle w:val="Paragraphedeliste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rFonts w:asciiTheme="majorBidi" w:hAnsiTheme="majorBidi" w:cstheme="majorBidi"/>
          <w:lang w:val="fr-FR"/>
        </w:rPr>
      </w:pPr>
      <w:r w:rsidRPr="0054620B">
        <w:rPr>
          <w:rFonts w:asciiTheme="majorBidi" w:hAnsiTheme="majorBidi" w:cstheme="majorBidi"/>
          <w:b/>
          <w:sz w:val="24"/>
          <w:lang w:val="fr-FR"/>
        </w:rPr>
        <w:t xml:space="preserve">Résultats </w:t>
      </w:r>
      <w:r w:rsidR="00770660" w:rsidRPr="0054620B">
        <w:rPr>
          <w:rFonts w:asciiTheme="majorBidi" w:hAnsiTheme="majorBidi" w:cstheme="majorBidi"/>
          <w:b/>
          <w:sz w:val="24"/>
          <w:lang w:val="fr-FR"/>
        </w:rPr>
        <w:t xml:space="preserve">obtenus (ou </w:t>
      </w:r>
      <w:r w:rsidRPr="0054620B">
        <w:rPr>
          <w:rFonts w:asciiTheme="majorBidi" w:hAnsiTheme="majorBidi" w:cstheme="majorBidi"/>
          <w:b/>
          <w:sz w:val="24"/>
          <w:lang w:val="fr-FR"/>
        </w:rPr>
        <w:t>attendus</w:t>
      </w:r>
      <w:r w:rsidR="00770660" w:rsidRPr="0054620B">
        <w:rPr>
          <w:rFonts w:asciiTheme="majorBidi" w:hAnsiTheme="majorBidi" w:cstheme="majorBidi"/>
          <w:b/>
          <w:sz w:val="24"/>
          <w:lang w:val="fr-FR"/>
        </w:rPr>
        <w:t>)</w:t>
      </w:r>
    </w:p>
    <w:p w:rsidR="00AD0FAB" w:rsidRPr="0054620B" w:rsidRDefault="00AD0FAB" w:rsidP="00AD0FAB">
      <w:pPr>
        <w:pStyle w:val="Paragraphedeliste"/>
        <w:tabs>
          <w:tab w:val="left" w:pos="0"/>
          <w:tab w:val="left" w:pos="284"/>
        </w:tabs>
        <w:ind w:left="0"/>
        <w:rPr>
          <w:rFonts w:asciiTheme="majorBidi" w:hAnsiTheme="majorBidi" w:cstheme="majorBidi"/>
          <w:lang w:val="fr-FR"/>
        </w:rPr>
      </w:pPr>
    </w:p>
    <w:p w:rsidR="00B52E43" w:rsidRPr="0054620B" w:rsidRDefault="00013693" w:rsidP="00AD0FAB">
      <w:pPr>
        <w:pStyle w:val="Paragraphedeliste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rFonts w:asciiTheme="majorBidi" w:hAnsiTheme="majorBidi" w:cstheme="majorBidi"/>
          <w:lang w:val="fr-FR"/>
        </w:rPr>
      </w:pPr>
      <w:r w:rsidRPr="0054620B">
        <w:rPr>
          <w:rFonts w:asciiTheme="majorBidi" w:hAnsiTheme="majorBidi" w:cstheme="majorBidi"/>
          <w:b/>
          <w:sz w:val="24"/>
          <w:lang w:val="fr-FR"/>
        </w:rPr>
        <w:t>Bibliographie</w:t>
      </w:r>
    </w:p>
    <w:sectPr w:rsidR="00B52E43" w:rsidRPr="0054620B" w:rsidSect="00417343">
      <w:headerReference w:type="default" r:id="rId8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3693" w:rsidRDefault="00013693" w:rsidP="00417343">
      <w:pPr>
        <w:spacing w:after="0" w:line="240" w:lineRule="auto"/>
      </w:pPr>
      <w:r>
        <w:separator/>
      </w:r>
    </w:p>
  </w:endnote>
  <w:endnote w:type="continuationSeparator" w:id="0">
    <w:p w:rsidR="00013693" w:rsidRDefault="00013693" w:rsidP="0041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3693" w:rsidRDefault="00013693" w:rsidP="00417343">
      <w:pPr>
        <w:spacing w:after="0" w:line="240" w:lineRule="auto"/>
      </w:pPr>
      <w:r>
        <w:separator/>
      </w:r>
    </w:p>
  </w:footnote>
  <w:footnote w:type="continuationSeparator" w:id="0">
    <w:p w:rsidR="00013693" w:rsidRDefault="00013693" w:rsidP="00417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343" w:rsidRPr="00417343" w:rsidRDefault="00417343" w:rsidP="00417343">
    <w:pPr>
      <w:pStyle w:val="En-tte"/>
      <w:ind w:left="-567"/>
      <w:jc w:val="center"/>
    </w:pPr>
    <w:r>
      <w:rPr>
        <w:noProof/>
      </w:rPr>
      <w:drawing>
        <wp:inline distT="0" distB="0" distL="0" distR="0">
          <wp:extent cx="6728460" cy="2320925"/>
          <wp:effectExtent l="0" t="0" r="0" b="3175"/>
          <wp:docPr id="9" name="Image 9" descr="RFTM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FTM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97" cy="233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1B1487D"/>
    <w:multiLevelType w:val="hybridMultilevel"/>
    <w:tmpl w:val="ABC05E22"/>
    <w:lvl w:ilvl="0" w:tplc="9760A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3693"/>
    <w:rsid w:val="00034616"/>
    <w:rsid w:val="0006063C"/>
    <w:rsid w:val="0015074B"/>
    <w:rsid w:val="0029639D"/>
    <w:rsid w:val="00326F90"/>
    <w:rsid w:val="00417343"/>
    <w:rsid w:val="0054620B"/>
    <w:rsid w:val="00770660"/>
    <w:rsid w:val="00AA1D8D"/>
    <w:rsid w:val="00AD0FAB"/>
    <w:rsid w:val="00B47730"/>
    <w:rsid w:val="00B52E43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FE562D"/>
  <w14:defaultImageDpi w14:val="300"/>
  <w15:docId w15:val="{6825E059-CEB1-4171-B0C1-6E8CAAF87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FAB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D63091-0BAC-4E03-9BB5-2AC91E015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Administrateur</cp:lastModifiedBy>
  <cp:revision>3</cp:revision>
  <dcterms:created xsi:type="dcterms:W3CDTF">2013-12-23T23:15:00Z</dcterms:created>
  <dcterms:modified xsi:type="dcterms:W3CDTF">2025-11-15T18:40:00Z</dcterms:modified>
  <cp:category/>
</cp:coreProperties>
</file>